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A365D"/>
          <w:sz w:val="40"/>
        </w:rPr>
        <w:t>VERIFIED WORK EXPERIENCE &amp; PROJECT SUMMARY</w:t>
      </w:r>
    </w:p>
    <w:p>
      <w:pPr>
        <w:spacing w:after="320"/>
      </w:pPr>
      <w:r>
        <w:rPr>
          <w:i/>
          <w:color w:val="718096"/>
          <w:sz w:val="22"/>
        </w:rPr>
        <w:t>Professional Timeline, Detailed Responsibilities, and Project Portfolio Totals (2024 – Present)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Borders>
              <w:left w:val="single" w:sz="36" w:space="0" w:color="1A365D"/>
              <w:top w:val="none"/>
              <w:bottom w:val="none"/>
              <w:right w:val="none"/>
            </w:tcBorders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b/>
                <w:color w:val="1A365D"/>
                <w:sz w:val="24"/>
              </w:rPr>
              <w:t>Executive Experience &amp; Deliverables Summary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 xml:space="preserve">•  Total Companies Worked: </w:t>
            </w:r>
            <w:r>
              <w:rPr>
                <w:color w:val="2D3748"/>
              </w:rPr>
              <w:t>2 Companies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 xml:space="preserve">•  Total Completed Projects: </w:t>
            </w:r>
            <w:r>
              <w:rPr>
                <w:color w:val="2D3748"/>
              </w:rPr>
              <w:t>3 Full E-Commerce &amp; Performance Marketing Projects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 xml:space="preserve">•  Primary Technologies &amp; Tools: </w:t>
            </w:r>
            <w:r>
              <w:rPr>
                <w:color w:val="2D3748"/>
              </w:rPr>
              <w:t>Shopify, Meta Ads / Google Ads (Performance Marketing), Social Media Management, Backend Order Systems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 xml:space="preserve">•  Timeline Coverage: </w:t>
            </w:r>
            <w:r>
              <w:rPr>
                <w:color w:val="2D3748"/>
              </w:rPr>
              <w:t>January 2024 – Present</w:t>
            </w:r>
          </w:p>
        </w:tc>
      </w:tr>
    </w:tbl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Borders>
              <w:left w:val="single" w:sz="28" w:space="0" w:color="2B6CB0"/>
              <w:top w:val="none"/>
              <w:bottom w:val="none"/>
              <w:right w:val="none"/>
            </w:tcBorders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b/>
                <w:color w:val="1A365D"/>
                <w:sz w:val="26"/>
              </w:rPr>
              <w:t>Digital Marketing Specialist &amp; Web Lead | Ibox Wholesale</w:t>
            </w:r>
          </w:p>
          <w:p>
            <w:pPr>
              <w:spacing w:after="120"/>
            </w:pPr>
            <w:r>
              <w:rPr>
                <w:i/>
                <w:color w:val="718096"/>
              </w:rPr>
              <w:t>Dates: January 2024 – June 2024   |   Total Projects Handled: 1 Major Project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>Core Responsibilities: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Handled end-to-end social media channels, content scheduling, and community engagement to build brand awareness.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Designed, configured, and executed targeted performance marketing campaigns focused on B2B lead generation.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Managed, updated, and optimized the Ibox Wholesale official web platform to streamline lead capture and business presentation.</w:t>
            </w:r>
          </w:p>
          <w:p>
            <w:pPr>
              <w:spacing w:before="80" w:after="40"/>
            </w:pPr>
            <w:r>
              <w:rPr>
                <w:b/>
                <w:color w:val="2B6CB0"/>
              </w:rPr>
              <w:t>Completed Projects:</w:t>
            </w:r>
          </w:p>
          <w:p>
            <w:pPr>
              <w:spacing w:after="60"/>
              <w:ind w:left="288"/>
            </w:pPr>
            <w:r>
              <w:rPr>
                <w:color w:val="1A365D"/>
              </w:rPr>
              <w:t xml:space="preserve">✔  </w:t>
            </w:r>
            <w:r>
              <w:rPr>
                <w:color w:val="2D3748"/>
              </w:rPr>
              <w:t>Project 1: Ibox Digital Marketing &amp; Wholesale Web Ecosystem (Lead gen funnel, paid ad strategies, platform management)</w:t>
            </w:r>
          </w:p>
        </w:tc>
      </w:tr>
    </w:tbl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Borders>
              <w:left w:val="single" w:sz="28" w:space="0" w:color="2B6CB0"/>
              <w:top w:val="none"/>
              <w:bottom w:val="none"/>
              <w:right w:val="none"/>
            </w:tcBorders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b/>
                <w:color w:val="1A365D"/>
                <w:sz w:val="26"/>
              </w:rPr>
              <w:t>E-Commerce Specialist &amp; Performance Marketer | E-Commerce Retail Solutions / Client Agency</w:t>
            </w:r>
          </w:p>
          <w:p>
            <w:pPr>
              <w:spacing w:after="120"/>
            </w:pPr>
            <w:r>
              <w:rPr>
                <w:i/>
                <w:color w:val="718096"/>
              </w:rPr>
              <w:t>Dates: July 2024 – Present   |   Total Projects Handled: 2 Major E-Commerce Launch Projects</w:t>
            </w:r>
          </w:p>
          <w:p>
            <w:pPr>
              <w:spacing w:after="40"/>
            </w:pPr>
            <w:r>
              <w:rPr>
                <w:b/>
                <w:color w:val="2B6CB0"/>
              </w:rPr>
              <w:t>Core Responsibilities: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Built complete e-commerce storefronts from scratch on Shopify within strict 20-day delivery deadlines.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Configured backend order processing, inventory tracking, and fulfillment workflows.</w:t>
            </w:r>
          </w:p>
          <w:p>
            <w:pPr>
              <w:spacing w:after="60"/>
              <w:ind w:left="288"/>
            </w:pPr>
            <w:r>
              <w:rPr>
                <w:color w:val="718096"/>
              </w:rPr>
              <w:t xml:space="preserve">–  </w:t>
            </w:r>
            <w:r>
              <w:rPr>
                <w:color w:val="2D3748"/>
              </w:rPr>
              <w:t>Planned and executed performance marketing (paid ad) campaigns to drive immediate sales and customer acquisition.</w:t>
            </w:r>
          </w:p>
          <w:p>
            <w:pPr>
              <w:spacing w:before="80" w:after="40"/>
            </w:pPr>
            <w:r>
              <w:rPr>
                <w:b/>
                <w:color w:val="2B6CB0"/>
              </w:rPr>
              <w:t>Completed Projects:</w:t>
            </w:r>
          </w:p>
          <w:p>
            <w:pPr>
              <w:spacing w:after="60"/>
              <w:ind w:left="288"/>
            </w:pPr>
            <w:r>
              <w:rPr>
                <w:color w:val="1A365D"/>
              </w:rPr>
              <w:t xml:space="preserve">✔  </w:t>
            </w:r>
            <w:r>
              <w:rPr>
                <w:color w:val="2D3748"/>
              </w:rPr>
              <w:t>Project 2: Aloud India E-Commerce Website (Full Shopify build in 20 days, order management system, performance marketing for growth)</w:t>
            </w:r>
          </w:p>
          <w:p>
            <w:pPr>
              <w:spacing w:after="60"/>
              <w:ind w:left="288"/>
            </w:pPr>
            <w:r>
              <w:rPr>
                <w:color w:val="1A365D"/>
              </w:rPr>
              <w:t xml:space="preserve">✔  </w:t>
            </w:r>
            <w:r>
              <w:rPr>
                <w:color w:val="2D3748"/>
              </w:rPr>
              <w:t>Project 3: Indoarabent.com E-Commerce Store (Full Shopify build in 20 days, order management, performance marketing for revenue scaling)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